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BACE3" w14:textId="77777777" w:rsidR="00144878" w:rsidRDefault="00144878">
      <w:pPr>
        <w:spacing w:before="760" w:after="180"/>
        <w:jc w:val="center"/>
        <w:rPr>
          <w:rFonts w:hint="eastAsia"/>
          <w:b/>
          <w:color w:val="8B5E3C"/>
          <w:sz w:val="22"/>
        </w:rPr>
      </w:pPr>
    </w:p>
    <w:p w14:paraId="5C40D075" w14:textId="77777777" w:rsidR="00144878" w:rsidRDefault="00144878">
      <w:pPr>
        <w:spacing w:before="760" w:after="180"/>
        <w:jc w:val="center"/>
        <w:rPr>
          <w:rFonts w:hint="eastAsia"/>
          <w:b/>
          <w:color w:val="8B5E3C"/>
          <w:sz w:val="22"/>
        </w:rPr>
      </w:pPr>
    </w:p>
    <w:p w14:paraId="73B50283" w14:textId="77777777" w:rsidR="00144878" w:rsidRDefault="00144878">
      <w:pPr>
        <w:spacing w:before="760" w:after="180"/>
        <w:jc w:val="center"/>
        <w:rPr>
          <w:rFonts w:hint="eastAsia"/>
          <w:b/>
          <w:color w:val="8B5E3C"/>
          <w:sz w:val="22"/>
        </w:rPr>
      </w:pPr>
    </w:p>
    <w:p w14:paraId="0EBDF9A4" w14:textId="3D8A0A2C" w:rsidR="00D26247" w:rsidRDefault="00D26247">
      <w:pPr>
        <w:spacing w:before="760" w:after="180"/>
        <w:jc w:val="center"/>
        <w:rPr>
          <w:rFonts w:hint="eastAsia"/>
          <w:b/>
          <w:color w:val="8B5E3C"/>
          <w:sz w:val="22"/>
        </w:rPr>
      </w:pPr>
      <w:r>
        <w:rPr>
          <w:rFonts w:hint="eastAsia"/>
          <w:noProof/>
        </w:rPr>
        <w:drawing>
          <wp:inline distT="0" distB="0" distL="0" distR="0" wp14:anchorId="1637C1C4" wp14:editId="28517E4B">
            <wp:extent cx="2793678" cy="4190514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3476" cy="422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0616A" w14:textId="77777777" w:rsidR="00D26247" w:rsidRDefault="00B5199F" w:rsidP="00D26247">
      <w:pPr>
        <w:spacing w:before="320"/>
        <w:jc w:val="center"/>
        <w:rPr>
          <w:rFonts w:hint="eastAsia"/>
          <w:b/>
          <w:color w:val="auto"/>
          <w:sz w:val="28"/>
          <w:szCs w:val="36"/>
        </w:rPr>
      </w:pPr>
      <w:r w:rsidRPr="00144878">
        <w:rPr>
          <w:b/>
          <w:color w:val="auto"/>
          <w:sz w:val="28"/>
          <w:szCs w:val="36"/>
        </w:rPr>
        <w:t>2026</w:t>
      </w:r>
    </w:p>
    <w:p w14:paraId="7A234AE2" w14:textId="77777777" w:rsidR="00144878" w:rsidRDefault="00144878" w:rsidP="00D26247">
      <w:pPr>
        <w:spacing w:before="320"/>
        <w:jc w:val="center"/>
        <w:rPr>
          <w:rFonts w:hint="eastAsia"/>
          <w:b/>
          <w:color w:val="auto"/>
          <w:sz w:val="28"/>
          <w:szCs w:val="36"/>
        </w:rPr>
      </w:pPr>
    </w:p>
    <w:p w14:paraId="1A085B0C" w14:textId="77777777" w:rsidR="00144878" w:rsidRDefault="00144878" w:rsidP="00D26247">
      <w:pPr>
        <w:spacing w:before="320"/>
        <w:jc w:val="center"/>
        <w:rPr>
          <w:rFonts w:hint="eastAsia"/>
          <w:b/>
          <w:color w:val="auto"/>
          <w:sz w:val="28"/>
          <w:szCs w:val="36"/>
        </w:rPr>
      </w:pPr>
    </w:p>
    <w:p w14:paraId="1995FC0F" w14:textId="77777777" w:rsidR="00144878" w:rsidRDefault="00144878" w:rsidP="00D26247">
      <w:pPr>
        <w:spacing w:before="320"/>
        <w:jc w:val="center"/>
        <w:rPr>
          <w:rFonts w:hint="eastAsia"/>
          <w:b/>
          <w:color w:val="auto"/>
          <w:sz w:val="28"/>
          <w:szCs w:val="36"/>
        </w:rPr>
      </w:pPr>
    </w:p>
    <w:p w14:paraId="00D153D0" w14:textId="77777777" w:rsidR="00144878" w:rsidRPr="00144878" w:rsidRDefault="00144878" w:rsidP="00D26247">
      <w:pPr>
        <w:spacing w:before="320"/>
        <w:jc w:val="center"/>
        <w:rPr>
          <w:rFonts w:hint="eastAsia"/>
          <w:color w:val="auto"/>
          <w:sz w:val="29"/>
          <w:szCs w:val="36"/>
        </w:rPr>
      </w:pPr>
    </w:p>
    <w:p w14:paraId="730770C5" w14:textId="77777777" w:rsidR="00D26247" w:rsidRDefault="00D26247" w:rsidP="00D26247">
      <w:pPr>
        <w:spacing w:before="320"/>
        <w:jc w:val="center"/>
        <w:rPr>
          <w:rFonts w:hint="eastAsia"/>
        </w:rPr>
      </w:pPr>
    </w:p>
    <w:p w14:paraId="19D9869A" w14:textId="77777777" w:rsidR="006C37DE" w:rsidRDefault="006C37DE" w:rsidP="006C37DE">
      <w:pPr>
        <w:pStyle w:val="Nadpis1"/>
        <w:jc w:val="center"/>
        <w:rPr>
          <w:color w:val="auto"/>
        </w:rPr>
      </w:pPr>
    </w:p>
    <w:p w14:paraId="275B1F82" w14:textId="0CB7311D" w:rsidR="006C37DE" w:rsidRPr="00144878" w:rsidRDefault="000A6175" w:rsidP="00144878">
      <w:pPr>
        <w:spacing w:after="360"/>
        <w:jc w:val="center"/>
        <w:rPr>
          <w:rFonts w:ascii="Times New Roman" w:hAnsi="Times New Roman" w:cs="Times New Roman"/>
          <w:iCs/>
          <w:sz w:val="40"/>
          <w:szCs w:val="40"/>
        </w:rPr>
      </w:pPr>
      <w:proofErr w:type="spellStart"/>
      <w:r w:rsidRPr="00144878">
        <w:rPr>
          <w:rFonts w:ascii="Times New Roman" w:hAnsi="Times New Roman" w:cs="Times New Roman"/>
          <w:color w:val="auto"/>
          <w:sz w:val="40"/>
          <w:szCs w:val="40"/>
        </w:rPr>
        <w:t>Prihláška</w:t>
      </w:r>
      <w:proofErr w:type="spellEnd"/>
      <w:r w:rsidR="006C37DE" w:rsidRPr="00144878">
        <w:rPr>
          <w:rFonts w:ascii="Times New Roman" w:hAnsi="Times New Roman" w:cs="Times New Roman"/>
          <w:color w:val="auto"/>
          <w:sz w:val="40"/>
          <w:szCs w:val="40"/>
        </w:rPr>
        <w:t xml:space="preserve"> </w:t>
      </w:r>
      <w:proofErr w:type="spellStart"/>
      <w:r w:rsidR="006C37DE" w:rsidRPr="00144878">
        <w:rPr>
          <w:rFonts w:ascii="Times New Roman" w:hAnsi="Times New Roman" w:cs="Times New Roman"/>
          <w:color w:val="auto"/>
          <w:sz w:val="40"/>
          <w:szCs w:val="40"/>
        </w:rPr>
        <w:t>na</w:t>
      </w:r>
      <w:proofErr w:type="spellEnd"/>
      <w:r w:rsidR="00144878" w:rsidRPr="00144878">
        <w:rPr>
          <w:rFonts w:ascii="Times New Roman" w:hAnsi="Times New Roman" w:cs="Times New Roman"/>
          <w:color w:val="auto"/>
          <w:sz w:val="40"/>
          <w:szCs w:val="40"/>
        </w:rPr>
        <w:t xml:space="preserve"> </w:t>
      </w:r>
      <w:r w:rsidR="00144878" w:rsidRPr="00144878">
        <w:rPr>
          <w:rFonts w:ascii="Times New Roman" w:hAnsi="Times New Roman" w:cs="Times New Roman"/>
          <w:iCs/>
          <w:sz w:val="40"/>
          <w:szCs w:val="40"/>
        </w:rPr>
        <w:t xml:space="preserve">1. </w:t>
      </w:r>
      <w:proofErr w:type="spellStart"/>
      <w:r w:rsidR="00144878" w:rsidRPr="00144878">
        <w:rPr>
          <w:rFonts w:ascii="Times New Roman" w:hAnsi="Times New Roman" w:cs="Times New Roman"/>
          <w:iCs/>
          <w:sz w:val="40"/>
          <w:szCs w:val="40"/>
        </w:rPr>
        <w:t>ročník</w:t>
      </w:r>
      <w:proofErr w:type="spellEnd"/>
      <w:r w:rsidR="00144878" w:rsidRPr="00144878">
        <w:rPr>
          <w:rFonts w:ascii="Times New Roman" w:hAnsi="Times New Roman" w:cs="Times New Roman"/>
          <w:iCs/>
          <w:sz w:val="40"/>
          <w:szCs w:val="40"/>
        </w:rPr>
        <w:t xml:space="preserve"> </w:t>
      </w:r>
      <w:proofErr w:type="spellStart"/>
      <w:r w:rsidR="00144878" w:rsidRPr="00144878">
        <w:rPr>
          <w:rFonts w:ascii="Times New Roman" w:hAnsi="Times New Roman" w:cs="Times New Roman"/>
          <w:iCs/>
          <w:sz w:val="40"/>
          <w:szCs w:val="40"/>
        </w:rPr>
        <w:t>celoštátnej</w:t>
      </w:r>
      <w:proofErr w:type="spellEnd"/>
      <w:r w:rsidR="00144878" w:rsidRPr="00144878">
        <w:rPr>
          <w:rFonts w:ascii="Times New Roman" w:hAnsi="Times New Roman" w:cs="Times New Roman"/>
          <w:iCs/>
          <w:sz w:val="40"/>
          <w:szCs w:val="40"/>
        </w:rPr>
        <w:t xml:space="preserve"> </w:t>
      </w:r>
      <w:proofErr w:type="spellStart"/>
      <w:r w:rsidR="00144878" w:rsidRPr="00144878">
        <w:rPr>
          <w:rFonts w:ascii="Times New Roman" w:hAnsi="Times New Roman" w:cs="Times New Roman"/>
          <w:iCs/>
          <w:sz w:val="40"/>
          <w:szCs w:val="40"/>
        </w:rPr>
        <w:t>súťažnej</w:t>
      </w:r>
      <w:proofErr w:type="spellEnd"/>
      <w:r w:rsidR="00144878" w:rsidRPr="00144878">
        <w:rPr>
          <w:rFonts w:ascii="Times New Roman" w:hAnsi="Times New Roman" w:cs="Times New Roman"/>
          <w:iCs/>
          <w:sz w:val="40"/>
          <w:szCs w:val="40"/>
        </w:rPr>
        <w:t xml:space="preserve"> </w:t>
      </w:r>
      <w:proofErr w:type="spellStart"/>
      <w:r w:rsidR="00144878" w:rsidRPr="00144878">
        <w:rPr>
          <w:rFonts w:ascii="Times New Roman" w:hAnsi="Times New Roman" w:cs="Times New Roman"/>
          <w:iCs/>
          <w:sz w:val="40"/>
          <w:szCs w:val="40"/>
        </w:rPr>
        <w:t>prehliadky</w:t>
      </w:r>
      <w:proofErr w:type="spellEnd"/>
      <w:r w:rsidR="00144878" w:rsidRPr="00144878">
        <w:rPr>
          <w:rFonts w:ascii="Times New Roman" w:hAnsi="Times New Roman" w:cs="Times New Roman"/>
          <w:iCs/>
          <w:sz w:val="40"/>
          <w:szCs w:val="40"/>
        </w:rPr>
        <w:t xml:space="preserve"> </w:t>
      </w:r>
      <w:proofErr w:type="spellStart"/>
      <w:r w:rsidR="00144878" w:rsidRPr="00144878">
        <w:rPr>
          <w:rFonts w:ascii="Times New Roman" w:hAnsi="Times New Roman" w:cs="Times New Roman"/>
          <w:iCs/>
          <w:sz w:val="40"/>
          <w:szCs w:val="40"/>
        </w:rPr>
        <w:t>tradičného</w:t>
      </w:r>
      <w:proofErr w:type="spellEnd"/>
      <w:r w:rsidR="00144878" w:rsidRPr="00144878">
        <w:rPr>
          <w:rFonts w:ascii="Times New Roman" w:hAnsi="Times New Roman" w:cs="Times New Roman"/>
          <w:iCs/>
          <w:sz w:val="40"/>
          <w:szCs w:val="40"/>
        </w:rPr>
        <w:t xml:space="preserve"> </w:t>
      </w:r>
      <w:proofErr w:type="spellStart"/>
      <w:r w:rsidR="00144878" w:rsidRPr="00144878">
        <w:rPr>
          <w:rFonts w:ascii="Times New Roman" w:hAnsi="Times New Roman" w:cs="Times New Roman"/>
          <w:iCs/>
          <w:sz w:val="40"/>
          <w:szCs w:val="40"/>
        </w:rPr>
        <w:t>odevu</w:t>
      </w:r>
      <w:proofErr w:type="spellEnd"/>
    </w:p>
    <w:p w14:paraId="75312C89" w14:textId="041237E3" w:rsidR="002E14E1" w:rsidRDefault="002E14E1">
      <w:pPr>
        <w:pStyle w:val="Lead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406"/>
      </w:tblGrid>
      <w:tr w:rsidR="002E14E1" w14:paraId="2492DBA4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7A868CA9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Názov</w:t>
            </w:r>
            <w:proofErr w:type="spellEnd"/>
            <w:r>
              <w:t xml:space="preserve"> </w:t>
            </w:r>
            <w:proofErr w:type="spellStart"/>
            <w:r>
              <w:t>súťažného</w:t>
            </w:r>
            <w:proofErr w:type="spellEnd"/>
            <w:r>
              <w:t xml:space="preserve"> </w:t>
            </w:r>
            <w:proofErr w:type="spellStart"/>
            <w:r>
              <w:t>príspevku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16CF2A34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5950773E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3100F8BF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Kategória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0D538CE2" w14:textId="77777777" w:rsidR="002E14E1" w:rsidRDefault="00B5199F">
            <w:pPr>
              <w:spacing w:after="0"/>
              <w:rPr>
                <w:rFonts w:hint="eastAsia"/>
              </w:rPr>
            </w:pPr>
            <w:r>
              <w:t xml:space="preserve">A  </w:t>
            </w:r>
            <w:proofErr w:type="spellStart"/>
            <w:r>
              <w:t>Výrobca</w:t>
            </w:r>
            <w:proofErr w:type="spellEnd"/>
            <w:r>
              <w:t xml:space="preserve"> a </w:t>
            </w:r>
            <w:proofErr w:type="spellStart"/>
            <w:r>
              <w:t>rekonštruktér</w:t>
            </w:r>
            <w:proofErr w:type="spellEnd"/>
            <w:r>
              <w:t xml:space="preserve">   /   B  </w:t>
            </w:r>
            <w:proofErr w:type="spellStart"/>
            <w:r>
              <w:t>Jednotlivé</w:t>
            </w:r>
            <w:proofErr w:type="spellEnd"/>
            <w:r>
              <w:t xml:space="preserve"> </w:t>
            </w:r>
            <w:proofErr w:type="spellStart"/>
            <w:r>
              <w:t>odevné</w:t>
            </w:r>
            <w:proofErr w:type="spellEnd"/>
            <w:r>
              <w:t xml:space="preserve"> </w:t>
            </w:r>
            <w:proofErr w:type="spellStart"/>
            <w:r>
              <w:t>súčasti</w:t>
            </w:r>
            <w:proofErr w:type="spellEnd"/>
          </w:p>
        </w:tc>
      </w:tr>
      <w:tr w:rsidR="002E14E1" w14:paraId="54CB69CC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7EFB67C0" w14:textId="77777777" w:rsidR="002E14E1" w:rsidRDefault="00B5199F">
            <w:pPr>
              <w:pStyle w:val="Formlabel"/>
              <w:rPr>
                <w:rFonts w:hint="eastAsia"/>
              </w:rPr>
            </w:pPr>
            <w:r>
              <w:t>Forma</w:t>
            </w:r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0DC835FA" w14:textId="77777777" w:rsidR="002E14E1" w:rsidRDefault="00B5199F">
            <w:pPr>
              <w:spacing w:after="0"/>
              <w:rPr>
                <w:rFonts w:hint="eastAsia"/>
              </w:rPr>
            </w:pPr>
            <w:proofErr w:type="spellStart"/>
            <w:r>
              <w:t>jeden</w:t>
            </w:r>
            <w:proofErr w:type="spellEnd"/>
            <w:r>
              <w:t xml:space="preserve"> </w:t>
            </w:r>
            <w:proofErr w:type="spellStart"/>
            <w:r>
              <w:t>odev</w:t>
            </w:r>
            <w:proofErr w:type="spellEnd"/>
            <w:r>
              <w:t xml:space="preserve">   /   </w:t>
            </w:r>
            <w:proofErr w:type="spellStart"/>
            <w:r>
              <w:t>dvojica</w:t>
            </w:r>
            <w:proofErr w:type="spellEnd"/>
            <w:r>
              <w:t xml:space="preserve">   /   </w:t>
            </w:r>
            <w:proofErr w:type="spellStart"/>
            <w:r>
              <w:t>trojica</w:t>
            </w:r>
            <w:proofErr w:type="spellEnd"/>
            <w:r>
              <w:t xml:space="preserve">   /   </w:t>
            </w:r>
            <w:proofErr w:type="spellStart"/>
            <w:r>
              <w:t>samostatná</w:t>
            </w:r>
            <w:proofErr w:type="spellEnd"/>
            <w:r>
              <w:t xml:space="preserve"> </w:t>
            </w:r>
            <w:proofErr w:type="spellStart"/>
            <w:r>
              <w:t>súčasť</w:t>
            </w:r>
            <w:proofErr w:type="spellEnd"/>
            <w:r>
              <w:t xml:space="preserve">   /   </w:t>
            </w:r>
            <w:proofErr w:type="spellStart"/>
            <w:r>
              <w:t>súbor</w:t>
            </w:r>
            <w:proofErr w:type="spellEnd"/>
            <w:r>
              <w:t xml:space="preserve"> </w:t>
            </w:r>
            <w:proofErr w:type="spellStart"/>
            <w:r>
              <w:t>súčastí</w:t>
            </w:r>
            <w:proofErr w:type="spellEnd"/>
          </w:p>
        </w:tc>
      </w:tr>
      <w:tr w:rsidR="002E14E1" w14:paraId="27A77008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1AA696DF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Lokalita</w:t>
            </w:r>
            <w:proofErr w:type="spellEnd"/>
            <w:r>
              <w:t xml:space="preserve"> a </w:t>
            </w:r>
            <w:proofErr w:type="spellStart"/>
            <w:r>
              <w:t>región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03F6A1BD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6BBB3F93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5D81A85D" w14:textId="6F88439D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Štát</w:t>
            </w:r>
            <w:proofErr w:type="spellEnd"/>
            <w:r>
              <w:t xml:space="preserve"> a </w:t>
            </w:r>
            <w:proofErr w:type="spellStart"/>
            <w:r w:rsidR="000A6175">
              <w:t>región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Slovákoch</w:t>
            </w:r>
            <w:proofErr w:type="spellEnd"/>
            <w:r>
              <w:t xml:space="preserve"> v </w:t>
            </w:r>
            <w:proofErr w:type="spellStart"/>
            <w:r>
              <w:t>zahraničí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5224E03C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113EDF48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0982EC2F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Časové</w:t>
            </w:r>
            <w:proofErr w:type="spellEnd"/>
            <w:r>
              <w:t xml:space="preserve"> </w:t>
            </w:r>
            <w:proofErr w:type="spellStart"/>
            <w:r>
              <w:t>zaradenie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7EAB6B43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6D234B51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34087D09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Typ</w:t>
            </w:r>
            <w:proofErr w:type="spellEnd"/>
            <w:r>
              <w:t xml:space="preserve"> </w:t>
            </w:r>
            <w:proofErr w:type="spellStart"/>
            <w:r>
              <w:t>nositeľa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44B19EBB" w14:textId="77777777" w:rsidR="002E14E1" w:rsidRDefault="00B5199F">
            <w:pPr>
              <w:spacing w:after="0"/>
              <w:rPr>
                <w:rFonts w:hint="eastAsia"/>
              </w:rPr>
            </w:pPr>
            <w:proofErr w:type="spellStart"/>
            <w:r>
              <w:t>žena</w:t>
            </w:r>
            <w:proofErr w:type="spellEnd"/>
            <w:r>
              <w:t xml:space="preserve"> / </w:t>
            </w:r>
            <w:proofErr w:type="spellStart"/>
            <w:r>
              <w:t>muž</w:t>
            </w:r>
            <w:proofErr w:type="spellEnd"/>
            <w:r>
              <w:t xml:space="preserve"> / </w:t>
            </w:r>
            <w:proofErr w:type="spellStart"/>
            <w:r>
              <w:t>dieťa</w:t>
            </w:r>
            <w:proofErr w:type="spellEnd"/>
            <w:r>
              <w:t xml:space="preserve">; </w:t>
            </w:r>
            <w:proofErr w:type="spellStart"/>
            <w:r>
              <w:t>veková</w:t>
            </w:r>
            <w:proofErr w:type="spellEnd"/>
            <w:r>
              <w:t xml:space="preserve">, </w:t>
            </w:r>
            <w:proofErr w:type="spellStart"/>
            <w:r>
              <w:t>sociálna</w:t>
            </w:r>
            <w:proofErr w:type="spellEnd"/>
            <w:r>
              <w:t xml:space="preserve"> a </w:t>
            </w:r>
            <w:proofErr w:type="spellStart"/>
            <w:r>
              <w:t>rodinná</w:t>
            </w:r>
            <w:proofErr w:type="spellEnd"/>
            <w:r>
              <w:t xml:space="preserve"> </w:t>
            </w:r>
            <w:proofErr w:type="spellStart"/>
            <w:r>
              <w:t>príslušnosť</w:t>
            </w:r>
            <w:proofErr w:type="spellEnd"/>
          </w:p>
        </w:tc>
      </w:tr>
      <w:tr w:rsidR="002E14E1" w14:paraId="44A1778C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7E0D4507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Príležitosť</w:t>
            </w:r>
            <w:proofErr w:type="spellEnd"/>
            <w:r>
              <w:t xml:space="preserve"> a </w:t>
            </w:r>
            <w:proofErr w:type="spellStart"/>
            <w:r>
              <w:t>obdobie</w:t>
            </w:r>
            <w:proofErr w:type="spellEnd"/>
            <w:r>
              <w:t xml:space="preserve"> </w:t>
            </w:r>
            <w:proofErr w:type="spellStart"/>
            <w:r>
              <w:t>nosenia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5E1E1F3E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1C1F9438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01741087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Prihlasovateľ</w:t>
            </w:r>
            <w:proofErr w:type="spellEnd"/>
            <w:r>
              <w:t xml:space="preserve"> a </w:t>
            </w:r>
            <w:proofErr w:type="spellStart"/>
            <w:r>
              <w:t>kontaktné</w:t>
            </w:r>
            <w:proofErr w:type="spellEnd"/>
            <w:r>
              <w:t xml:space="preserve"> </w:t>
            </w:r>
            <w:proofErr w:type="spellStart"/>
            <w:r>
              <w:t>údaje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5CAAB646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147A1AF8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0285DFCB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Vlastník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vlastníci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64E7321B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770F84E4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2B694874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Osoby</w:t>
            </w:r>
            <w:proofErr w:type="spellEnd"/>
            <w:r>
              <w:t xml:space="preserve"> </w:t>
            </w:r>
            <w:proofErr w:type="spellStart"/>
            <w:r>
              <w:t>prezentujúce</w:t>
            </w:r>
            <w:proofErr w:type="spellEnd"/>
            <w:r>
              <w:t xml:space="preserve"> </w:t>
            </w:r>
            <w:proofErr w:type="spellStart"/>
            <w:r>
              <w:t>príspevok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010D5200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2F508F03" w14:textId="77777777">
        <w:trPr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296A1631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zodpovedná</w:t>
            </w:r>
            <w:proofErr w:type="spellEnd"/>
            <w:r>
              <w:t xml:space="preserve"> za </w:t>
            </w:r>
            <w:proofErr w:type="spellStart"/>
            <w:r>
              <w:t>oblečenie</w:t>
            </w:r>
            <w:proofErr w:type="spellEnd"/>
            <w:r>
              <w:t xml:space="preserve"> a </w:t>
            </w:r>
            <w:proofErr w:type="spellStart"/>
            <w:r>
              <w:t>úpravu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65E22273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</w:tbl>
    <w:p w14:paraId="408B3BE2" w14:textId="77777777" w:rsidR="002E14E1" w:rsidRDefault="002E14E1">
      <w:pPr>
        <w:spacing w:after="20"/>
        <w:rPr>
          <w:rFonts w:hint="eastAsia"/>
        </w:rPr>
      </w:pPr>
    </w:p>
    <w:p w14:paraId="08B7A0F4" w14:textId="77777777" w:rsidR="008F7B24" w:rsidRDefault="008F7B24">
      <w:pPr>
        <w:spacing w:after="20"/>
        <w:rPr>
          <w:rFonts w:hint="eastAsia"/>
        </w:rPr>
      </w:pPr>
    </w:p>
    <w:p w14:paraId="167DF783" w14:textId="77777777" w:rsidR="008F7B24" w:rsidRDefault="008F7B24">
      <w:pPr>
        <w:spacing w:after="20"/>
        <w:rPr>
          <w:rFonts w:hint="eastAsia"/>
        </w:rPr>
      </w:pPr>
    </w:p>
    <w:p w14:paraId="347A44AB" w14:textId="77777777" w:rsidR="008F7B24" w:rsidRDefault="008F7B24">
      <w:pPr>
        <w:spacing w:after="20"/>
        <w:rPr>
          <w:rFonts w:hint="eastAsia"/>
        </w:rPr>
      </w:pPr>
    </w:p>
    <w:p w14:paraId="5EABF233" w14:textId="77777777" w:rsidR="008F7B24" w:rsidRDefault="008F7B24">
      <w:pPr>
        <w:spacing w:after="20"/>
        <w:rPr>
          <w:rFonts w:hint="eastAsia"/>
        </w:rPr>
      </w:pPr>
    </w:p>
    <w:p w14:paraId="50F72F4D" w14:textId="77777777" w:rsidR="008F7B24" w:rsidRDefault="008F7B24">
      <w:pPr>
        <w:spacing w:after="20"/>
        <w:rPr>
          <w:rFonts w:hint="eastAsia"/>
        </w:rPr>
      </w:pPr>
    </w:p>
    <w:p w14:paraId="35B6F640" w14:textId="77777777" w:rsidR="008F7B24" w:rsidRDefault="008F7B24">
      <w:pPr>
        <w:spacing w:after="20"/>
        <w:rPr>
          <w:rFonts w:hint="eastAsia"/>
        </w:rPr>
      </w:pPr>
    </w:p>
    <w:p w14:paraId="3885261E" w14:textId="77777777" w:rsidR="002E14E1" w:rsidRDefault="00B5199F">
      <w:pPr>
        <w:pStyle w:val="Nadpis2"/>
      </w:pPr>
      <w:proofErr w:type="spellStart"/>
      <w:r>
        <w:lastRenderedPageBreak/>
        <w:t>Zoznam</w:t>
      </w:r>
      <w:proofErr w:type="spellEnd"/>
      <w:r>
        <w:t xml:space="preserve"> </w:t>
      </w:r>
      <w:proofErr w:type="spellStart"/>
      <w:r>
        <w:t>odevných</w:t>
      </w:r>
      <w:proofErr w:type="spellEnd"/>
      <w:r>
        <w:t xml:space="preserve"> </w:t>
      </w:r>
      <w:proofErr w:type="spellStart"/>
      <w:r>
        <w:t>súčastí</w:t>
      </w:r>
      <w:proofErr w:type="spellEnd"/>
    </w:p>
    <w:p w14:paraId="67141EA5" w14:textId="77777777" w:rsidR="002E14E1" w:rsidRDefault="00B5199F">
      <w:pPr>
        <w:rPr>
          <w:rFonts w:hint="eastAsia"/>
        </w:rPr>
      </w:pPr>
      <w:proofErr w:type="spellStart"/>
      <w:r>
        <w:t>Pri</w:t>
      </w:r>
      <w:proofErr w:type="spellEnd"/>
      <w:r>
        <w:t xml:space="preserve"> </w:t>
      </w:r>
      <w:proofErr w:type="spellStart"/>
      <w:r>
        <w:t>každej</w:t>
      </w:r>
      <w:proofErr w:type="spellEnd"/>
      <w:r>
        <w:t xml:space="preserve"> </w:t>
      </w:r>
      <w:proofErr w:type="spellStart"/>
      <w:r>
        <w:t>súčasti</w:t>
      </w:r>
      <w:proofErr w:type="spellEnd"/>
      <w:r>
        <w:t xml:space="preserve"> </w:t>
      </w:r>
      <w:proofErr w:type="spellStart"/>
      <w:r>
        <w:t>uveďte</w:t>
      </w:r>
      <w:proofErr w:type="spellEnd"/>
      <w:r>
        <w:t xml:space="preserve"> </w:t>
      </w:r>
      <w:proofErr w:type="spellStart"/>
      <w:r>
        <w:t>názov</w:t>
      </w:r>
      <w:proofErr w:type="spellEnd"/>
      <w:r>
        <w:t xml:space="preserve">, </w:t>
      </w:r>
      <w:proofErr w:type="spellStart"/>
      <w:r>
        <w:t>materiál</w:t>
      </w:r>
      <w:proofErr w:type="spellEnd"/>
      <w:r>
        <w:t xml:space="preserve">, </w:t>
      </w:r>
      <w:proofErr w:type="spellStart"/>
      <w:r>
        <w:t>techniku</w:t>
      </w:r>
      <w:proofErr w:type="spellEnd"/>
      <w:r>
        <w:t xml:space="preserve">, </w:t>
      </w:r>
      <w:proofErr w:type="spellStart"/>
      <w:r>
        <w:t>stav</w:t>
      </w:r>
      <w:proofErr w:type="spellEnd"/>
      <w:r>
        <w:t xml:space="preserve">, </w:t>
      </w:r>
      <w:proofErr w:type="spellStart"/>
      <w:r>
        <w:t>datovanie</w:t>
      </w:r>
      <w:proofErr w:type="spellEnd"/>
      <w:r>
        <w:t xml:space="preserve">, </w:t>
      </w:r>
      <w:proofErr w:type="spellStart"/>
      <w:r>
        <w:t>autora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výrobcu</w:t>
      </w:r>
      <w:proofErr w:type="spellEnd"/>
      <w:r>
        <w:t xml:space="preserve">, </w:t>
      </w:r>
      <w:proofErr w:type="spellStart"/>
      <w:r>
        <w:t>vlastníka</w:t>
      </w:r>
      <w:proofErr w:type="spellEnd"/>
      <w:r>
        <w:t xml:space="preserve"> a </w:t>
      </w:r>
      <w:proofErr w:type="spellStart"/>
      <w:r>
        <w:t>prameň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2381"/>
        <w:gridCol w:w="2494"/>
        <w:gridCol w:w="3685"/>
      </w:tblGrid>
      <w:tr w:rsidR="002E14E1" w14:paraId="5DC86428" w14:textId="77777777">
        <w:trPr>
          <w:cantSplit/>
          <w:tblHeader/>
          <w:jc w:val="center"/>
        </w:trPr>
        <w:tc>
          <w:tcPr>
            <w:tcW w:w="793" w:type="dxa"/>
            <w:shd w:val="clear" w:color="auto" w:fill="28474B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09E8804E" w14:textId="77777777" w:rsidR="002E14E1" w:rsidRDefault="00B5199F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7"/>
              </w:rPr>
              <w:t>Číslo</w:t>
            </w:r>
            <w:proofErr w:type="spellEnd"/>
          </w:p>
        </w:tc>
        <w:tc>
          <w:tcPr>
            <w:tcW w:w="2381" w:type="dxa"/>
            <w:shd w:val="clear" w:color="auto" w:fill="28474B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378ED414" w14:textId="77777777" w:rsidR="002E14E1" w:rsidRDefault="00B5199F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7"/>
              </w:rPr>
              <w:t>Odevná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súčasť</w:t>
            </w:r>
            <w:proofErr w:type="spellEnd"/>
          </w:p>
        </w:tc>
        <w:tc>
          <w:tcPr>
            <w:tcW w:w="2494" w:type="dxa"/>
            <w:shd w:val="clear" w:color="auto" w:fill="28474B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D6ACF64" w14:textId="77777777" w:rsidR="002E14E1" w:rsidRDefault="00B5199F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7"/>
              </w:rPr>
              <w:t>Charakter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súčasti</w:t>
            </w:r>
            <w:proofErr w:type="spellEnd"/>
          </w:p>
        </w:tc>
        <w:tc>
          <w:tcPr>
            <w:tcW w:w="3685" w:type="dxa"/>
            <w:shd w:val="clear" w:color="auto" w:fill="28474B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05A31E27" w14:textId="77777777" w:rsidR="002E14E1" w:rsidRDefault="00B5199F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7"/>
              </w:rPr>
              <w:t>Opis</w:t>
            </w:r>
            <w:proofErr w:type="spellEnd"/>
            <w:r>
              <w:rPr>
                <w:b/>
                <w:color w:val="FFFFFF"/>
                <w:sz w:val="17"/>
              </w:rPr>
              <w:t xml:space="preserve"> a </w:t>
            </w:r>
            <w:proofErr w:type="spellStart"/>
            <w:r>
              <w:rPr>
                <w:b/>
                <w:color w:val="FFFFFF"/>
                <w:sz w:val="17"/>
              </w:rPr>
              <w:t>autorstvo</w:t>
            </w:r>
            <w:proofErr w:type="spellEnd"/>
          </w:p>
        </w:tc>
      </w:tr>
      <w:tr w:rsidR="002E14E1" w14:paraId="0CEA955D" w14:textId="77777777">
        <w:trPr>
          <w:cantSplit/>
          <w:jc w:val="center"/>
        </w:trPr>
        <w:tc>
          <w:tcPr>
            <w:tcW w:w="79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B72FE4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38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DB5241A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936F766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proofErr w:type="spellStart"/>
            <w:r>
              <w:rPr>
                <w:sz w:val="17"/>
              </w:rPr>
              <w:t>originál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nová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obnovená</w:t>
            </w:r>
            <w:proofErr w:type="spellEnd"/>
          </w:p>
        </w:tc>
        <w:tc>
          <w:tcPr>
            <w:tcW w:w="368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CBDEAEF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</w:tr>
      <w:tr w:rsidR="002E14E1" w14:paraId="3ABB5E7C" w14:textId="77777777">
        <w:trPr>
          <w:cantSplit/>
          <w:jc w:val="center"/>
        </w:trPr>
        <w:tc>
          <w:tcPr>
            <w:tcW w:w="793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E70CFA7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2381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8DAFC5A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  <w:tc>
          <w:tcPr>
            <w:tcW w:w="2494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40FFBDC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proofErr w:type="spellStart"/>
            <w:r>
              <w:rPr>
                <w:sz w:val="17"/>
              </w:rPr>
              <w:t>originál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nová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obnovená</w:t>
            </w:r>
            <w:proofErr w:type="spellEnd"/>
          </w:p>
        </w:tc>
        <w:tc>
          <w:tcPr>
            <w:tcW w:w="3685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43E07BA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</w:tr>
      <w:tr w:rsidR="002E14E1" w14:paraId="565859A7" w14:textId="77777777">
        <w:trPr>
          <w:cantSplit/>
          <w:jc w:val="center"/>
        </w:trPr>
        <w:tc>
          <w:tcPr>
            <w:tcW w:w="79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12494D0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238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36DBA44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8FA037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proofErr w:type="spellStart"/>
            <w:r>
              <w:rPr>
                <w:sz w:val="17"/>
              </w:rPr>
              <w:t>originál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nová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obnovená</w:t>
            </w:r>
            <w:proofErr w:type="spellEnd"/>
          </w:p>
        </w:tc>
        <w:tc>
          <w:tcPr>
            <w:tcW w:w="368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8022BD6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</w:tr>
      <w:tr w:rsidR="002E14E1" w14:paraId="2C870331" w14:textId="77777777">
        <w:trPr>
          <w:cantSplit/>
          <w:jc w:val="center"/>
        </w:trPr>
        <w:tc>
          <w:tcPr>
            <w:tcW w:w="793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6743C41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2381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4384243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  <w:tc>
          <w:tcPr>
            <w:tcW w:w="2494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D52C41A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proofErr w:type="spellStart"/>
            <w:r>
              <w:rPr>
                <w:sz w:val="17"/>
              </w:rPr>
              <w:t>originál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nová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obnovená</w:t>
            </w:r>
            <w:proofErr w:type="spellEnd"/>
          </w:p>
        </w:tc>
        <w:tc>
          <w:tcPr>
            <w:tcW w:w="3685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3A0963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</w:tr>
      <w:tr w:rsidR="002E14E1" w14:paraId="376AE51F" w14:textId="77777777">
        <w:trPr>
          <w:cantSplit/>
          <w:jc w:val="center"/>
        </w:trPr>
        <w:tc>
          <w:tcPr>
            <w:tcW w:w="79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2923BC0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238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F0B237E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95D8471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proofErr w:type="spellStart"/>
            <w:r>
              <w:rPr>
                <w:sz w:val="17"/>
              </w:rPr>
              <w:t>originál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nová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obnovená</w:t>
            </w:r>
            <w:proofErr w:type="spellEnd"/>
          </w:p>
        </w:tc>
        <w:tc>
          <w:tcPr>
            <w:tcW w:w="368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AEE3EE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</w:tr>
      <w:tr w:rsidR="002E14E1" w14:paraId="610BCB0E" w14:textId="77777777">
        <w:trPr>
          <w:cantSplit/>
          <w:jc w:val="center"/>
        </w:trPr>
        <w:tc>
          <w:tcPr>
            <w:tcW w:w="793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AE4B0ED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2381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26445B2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  <w:tc>
          <w:tcPr>
            <w:tcW w:w="2494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D29015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proofErr w:type="spellStart"/>
            <w:r>
              <w:rPr>
                <w:sz w:val="17"/>
              </w:rPr>
              <w:t>originál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nová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obnovená</w:t>
            </w:r>
            <w:proofErr w:type="spellEnd"/>
          </w:p>
        </w:tc>
        <w:tc>
          <w:tcPr>
            <w:tcW w:w="3685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7EE6E58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</w:tr>
      <w:tr w:rsidR="002E14E1" w14:paraId="59CDCD81" w14:textId="77777777">
        <w:trPr>
          <w:cantSplit/>
          <w:jc w:val="center"/>
        </w:trPr>
        <w:tc>
          <w:tcPr>
            <w:tcW w:w="79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C79D4EB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238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8EA0661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50363E6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proofErr w:type="spellStart"/>
            <w:r>
              <w:rPr>
                <w:sz w:val="17"/>
              </w:rPr>
              <w:t>originál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nová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obnovená</w:t>
            </w:r>
            <w:proofErr w:type="spellEnd"/>
          </w:p>
        </w:tc>
        <w:tc>
          <w:tcPr>
            <w:tcW w:w="368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E1C2BEC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</w:tr>
      <w:tr w:rsidR="002E14E1" w14:paraId="1D13EF6B" w14:textId="77777777">
        <w:trPr>
          <w:cantSplit/>
          <w:jc w:val="center"/>
        </w:trPr>
        <w:tc>
          <w:tcPr>
            <w:tcW w:w="793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751C6B9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2381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418086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  <w:tc>
          <w:tcPr>
            <w:tcW w:w="2494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6EC5BF0" w14:textId="77777777" w:rsidR="002E14E1" w:rsidRDefault="00B5199F">
            <w:pPr>
              <w:spacing w:after="0" w:line="259" w:lineRule="auto"/>
              <w:rPr>
                <w:rFonts w:hint="eastAsia"/>
              </w:rPr>
            </w:pPr>
            <w:proofErr w:type="spellStart"/>
            <w:r>
              <w:rPr>
                <w:sz w:val="17"/>
              </w:rPr>
              <w:t>originál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nová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obnovená</w:t>
            </w:r>
            <w:proofErr w:type="spellEnd"/>
          </w:p>
        </w:tc>
        <w:tc>
          <w:tcPr>
            <w:tcW w:w="3685" w:type="dxa"/>
            <w:shd w:val="clear" w:color="auto" w:fill="EEF3F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48FD611" w14:textId="77777777" w:rsidR="002E14E1" w:rsidRDefault="002E14E1">
            <w:pPr>
              <w:spacing w:after="0" w:line="259" w:lineRule="auto"/>
              <w:rPr>
                <w:rFonts w:hint="eastAsia"/>
              </w:rPr>
            </w:pPr>
          </w:p>
        </w:tc>
      </w:tr>
    </w:tbl>
    <w:p w14:paraId="20D499EA" w14:textId="77777777" w:rsidR="002E14E1" w:rsidRDefault="002E14E1">
      <w:pPr>
        <w:spacing w:after="20"/>
        <w:rPr>
          <w:rFonts w:hint="eastAsia"/>
        </w:rPr>
      </w:pPr>
    </w:p>
    <w:p w14:paraId="172168C6" w14:textId="77777777" w:rsidR="002E14E1" w:rsidRDefault="00B5199F">
      <w:pPr>
        <w:pStyle w:val="Nadpis2"/>
      </w:pPr>
      <w:proofErr w:type="spellStart"/>
      <w:r>
        <w:t>Pramene</w:t>
      </w:r>
      <w:proofErr w:type="spellEnd"/>
      <w:r>
        <w:t xml:space="preserve"> a </w:t>
      </w:r>
      <w:proofErr w:type="spellStart"/>
      <w:r>
        <w:t>odborné</w:t>
      </w:r>
      <w:proofErr w:type="spellEnd"/>
      <w:r>
        <w:t xml:space="preserve"> </w:t>
      </w:r>
      <w:proofErr w:type="spellStart"/>
      <w:r>
        <w:t>zdôvodnenie</w:t>
      </w:r>
      <w:proofErr w:type="spellEnd"/>
    </w:p>
    <w:p w14:paraId="77BD2155" w14:textId="77777777" w:rsidR="002E14E1" w:rsidRDefault="00B5199F">
      <w:pPr>
        <w:pStyle w:val="Formlabel"/>
        <w:rPr>
          <w:rFonts w:hint="eastAsia"/>
        </w:rPr>
      </w:pPr>
      <w:proofErr w:type="spellStart"/>
      <w:r>
        <w:t>Použité</w:t>
      </w:r>
      <w:proofErr w:type="spellEnd"/>
      <w:r>
        <w:t xml:space="preserve"> </w:t>
      </w:r>
      <w:proofErr w:type="spellStart"/>
      <w:r>
        <w:t>múzejné</w:t>
      </w:r>
      <w:proofErr w:type="spellEnd"/>
      <w:r>
        <w:t xml:space="preserve">, </w:t>
      </w:r>
      <w:proofErr w:type="spellStart"/>
      <w:r>
        <w:t>archívne</w:t>
      </w:r>
      <w:proofErr w:type="spellEnd"/>
      <w:r>
        <w:t xml:space="preserve">, </w:t>
      </w:r>
      <w:proofErr w:type="spellStart"/>
      <w:r>
        <w:t>obrazové</w:t>
      </w:r>
      <w:proofErr w:type="spellEnd"/>
      <w:r>
        <w:t xml:space="preserve">, </w:t>
      </w:r>
      <w:proofErr w:type="spellStart"/>
      <w:r>
        <w:t>publikované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terénne</w:t>
      </w:r>
      <w:proofErr w:type="spellEnd"/>
      <w:r>
        <w:t xml:space="preserve"> </w:t>
      </w:r>
      <w:proofErr w:type="spellStart"/>
      <w:r>
        <w:t>pramene</w:t>
      </w:r>
      <w:proofErr w:type="spellEnd"/>
    </w:p>
    <w:p w14:paraId="2DB4BCEE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09C0C477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433DC014" w14:textId="77777777" w:rsidR="002E14E1" w:rsidRDefault="00B5199F">
      <w:pPr>
        <w:spacing w:after="40"/>
        <w:rPr>
          <w:rFonts w:hint="eastAsia"/>
          <w:color w:val="B8B8B8"/>
          <w:sz w:val="16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30D1CDA7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BCB420D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3FB1EA61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2779563E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4EE5B8B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73AC739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3570AC75" w14:textId="77777777" w:rsidR="00144878" w:rsidRDefault="00144878">
      <w:pPr>
        <w:spacing w:after="40"/>
        <w:rPr>
          <w:rFonts w:hint="eastAsia"/>
        </w:rPr>
      </w:pPr>
    </w:p>
    <w:p w14:paraId="32FE979B" w14:textId="77777777" w:rsidR="002E14E1" w:rsidRDefault="00B5199F">
      <w:pPr>
        <w:pStyle w:val="Formlabel"/>
        <w:rPr>
          <w:rFonts w:hint="eastAsia"/>
        </w:rPr>
      </w:pPr>
      <w:proofErr w:type="spellStart"/>
      <w:r>
        <w:t>Opis</w:t>
      </w:r>
      <w:proofErr w:type="spellEnd"/>
      <w:r>
        <w:t xml:space="preserve"> </w:t>
      </w:r>
      <w:proofErr w:type="spellStart"/>
      <w:r>
        <w:t>výroby</w:t>
      </w:r>
      <w:proofErr w:type="spellEnd"/>
      <w:r>
        <w:t xml:space="preserve">, </w:t>
      </w:r>
      <w:proofErr w:type="spellStart"/>
      <w:r>
        <w:t>rekonštrukcie</w:t>
      </w:r>
      <w:proofErr w:type="spellEnd"/>
      <w:r>
        <w:t xml:space="preserve">, </w:t>
      </w:r>
      <w:proofErr w:type="spellStart"/>
      <w:r>
        <w:t>skompletizovania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reštaurátorského</w:t>
      </w:r>
      <w:proofErr w:type="spellEnd"/>
      <w:r>
        <w:t xml:space="preserve"> </w:t>
      </w:r>
      <w:proofErr w:type="spellStart"/>
      <w:r>
        <w:t>zásahu</w:t>
      </w:r>
      <w:proofErr w:type="spellEnd"/>
    </w:p>
    <w:p w14:paraId="6C0AF511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B686C42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00E0D25" w14:textId="77777777" w:rsidR="002E14E1" w:rsidRDefault="00B5199F">
      <w:pPr>
        <w:spacing w:after="40"/>
        <w:rPr>
          <w:rFonts w:hint="eastAsia"/>
          <w:color w:val="B8B8B8"/>
          <w:sz w:val="16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6062AC03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446DD8AA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451DC8F9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22B3E2C8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6A0FE2D4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E7DC67D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02BD924" w14:textId="77777777" w:rsidR="00144878" w:rsidRDefault="00144878">
      <w:pPr>
        <w:spacing w:after="40"/>
        <w:rPr>
          <w:rFonts w:hint="eastAsia"/>
        </w:rPr>
      </w:pPr>
    </w:p>
    <w:p w14:paraId="1078A7ED" w14:textId="77777777" w:rsidR="00144878" w:rsidRDefault="00144878">
      <w:pPr>
        <w:spacing w:after="40"/>
        <w:rPr>
          <w:rFonts w:hint="eastAsia"/>
        </w:rPr>
      </w:pPr>
    </w:p>
    <w:p w14:paraId="661B374E" w14:textId="77777777" w:rsidR="002E14E1" w:rsidRDefault="00B5199F">
      <w:pPr>
        <w:pStyle w:val="Formlabel"/>
        <w:rPr>
          <w:rFonts w:hint="eastAsia"/>
        </w:rPr>
      </w:pPr>
      <w:proofErr w:type="spellStart"/>
      <w:r>
        <w:lastRenderedPageBreak/>
        <w:t>Odôvodnenie</w:t>
      </w:r>
      <w:proofErr w:type="spellEnd"/>
      <w:r>
        <w:t xml:space="preserve"> </w:t>
      </w:r>
      <w:proofErr w:type="spellStart"/>
      <w:r>
        <w:t>použitých</w:t>
      </w:r>
      <w:proofErr w:type="spellEnd"/>
      <w:r>
        <w:t xml:space="preserve"> </w:t>
      </w:r>
      <w:proofErr w:type="spellStart"/>
      <w:r>
        <w:t>materiálov</w:t>
      </w:r>
      <w:proofErr w:type="spellEnd"/>
      <w:r>
        <w:t xml:space="preserve">, </w:t>
      </w:r>
      <w:proofErr w:type="spellStart"/>
      <w:r>
        <w:t>strihu</w:t>
      </w:r>
      <w:proofErr w:type="spellEnd"/>
      <w:r>
        <w:t xml:space="preserve">, </w:t>
      </w:r>
      <w:proofErr w:type="spellStart"/>
      <w:r>
        <w:t>techník</w:t>
      </w:r>
      <w:proofErr w:type="spellEnd"/>
      <w:r>
        <w:t xml:space="preserve">, </w:t>
      </w:r>
      <w:proofErr w:type="spellStart"/>
      <w:r>
        <w:t>farebnosti</w:t>
      </w:r>
      <w:proofErr w:type="spellEnd"/>
      <w:r>
        <w:t xml:space="preserve"> a </w:t>
      </w:r>
      <w:proofErr w:type="spellStart"/>
      <w:r>
        <w:t>výzdoby</w:t>
      </w:r>
      <w:proofErr w:type="spellEnd"/>
    </w:p>
    <w:p w14:paraId="3D2596B5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661382C1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158C20A0" w14:textId="77777777" w:rsidR="002E14E1" w:rsidRDefault="00B5199F">
      <w:pPr>
        <w:spacing w:after="40"/>
        <w:rPr>
          <w:rFonts w:hint="eastAsia"/>
          <w:color w:val="B8B8B8"/>
          <w:sz w:val="16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4D0D580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0A9B87B0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0BB12BE7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26EE02E7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13F2246C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4B6C082B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419173A6" w14:textId="77777777" w:rsidR="00144878" w:rsidRDefault="00144878">
      <w:pPr>
        <w:spacing w:after="40"/>
        <w:rPr>
          <w:rFonts w:hint="eastAsia"/>
        </w:rPr>
      </w:pPr>
    </w:p>
    <w:p w14:paraId="3BCC4CED" w14:textId="77777777" w:rsidR="002E14E1" w:rsidRDefault="00B5199F">
      <w:pPr>
        <w:pStyle w:val="Formlabel"/>
        <w:rPr>
          <w:rFonts w:hint="eastAsia"/>
        </w:rPr>
      </w:pPr>
      <w:proofErr w:type="spellStart"/>
      <w:r>
        <w:t>Opis</w:t>
      </w:r>
      <w:proofErr w:type="spellEnd"/>
      <w:r>
        <w:t xml:space="preserve"> </w:t>
      </w:r>
      <w:proofErr w:type="spellStart"/>
      <w:r>
        <w:t>správneho</w:t>
      </w:r>
      <w:proofErr w:type="spellEnd"/>
      <w:r>
        <w:t xml:space="preserve"> </w:t>
      </w:r>
      <w:proofErr w:type="spellStart"/>
      <w:r>
        <w:t>vrstvenia</w:t>
      </w:r>
      <w:proofErr w:type="spellEnd"/>
      <w:r>
        <w:t xml:space="preserve">, </w:t>
      </w:r>
      <w:proofErr w:type="spellStart"/>
      <w:r>
        <w:t>obliekania</w:t>
      </w:r>
      <w:proofErr w:type="spellEnd"/>
      <w:r>
        <w:t xml:space="preserve"> a </w:t>
      </w:r>
      <w:proofErr w:type="spellStart"/>
      <w:r>
        <w:t>spôsobu</w:t>
      </w:r>
      <w:proofErr w:type="spellEnd"/>
      <w:r>
        <w:t xml:space="preserve"> </w:t>
      </w:r>
      <w:proofErr w:type="spellStart"/>
      <w:r>
        <w:t>nosenia</w:t>
      </w:r>
      <w:proofErr w:type="spellEnd"/>
    </w:p>
    <w:p w14:paraId="27AFFFC8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25F473C6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2E0A3DC9" w14:textId="77777777" w:rsidR="002E14E1" w:rsidRDefault="00B5199F">
      <w:pPr>
        <w:spacing w:after="40"/>
        <w:rPr>
          <w:rFonts w:hint="eastAsia"/>
          <w:color w:val="B8B8B8"/>
          <w:sz w:val="16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3C59949E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53A753B4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55430638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0752666B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F2FC2B3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664D5731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409E004C" w14:textId="77777777" w:rsidR="00144878" w:rsidRDefault="00144878">
      <w:pPr>
        <w:spacing w:after="40"/>
        <w:rPr>
          <w:rFonts w:hint="eastAsia"/>
        </w:rPr>
      </w:pPr>
    </w:p>
    <w:p w14:paraId="59F10D1A" w14:textId="77777777" w:rsidR="002E14E1" w:rsidRDefault="00B5199F">
      <w:pPr>
        <w:pStyle w:val="Formlabel"/>
        <w:rPr>
          <w:rFonts w:hint="eastAsia"/>
        </w:rPr>
      </w:pPr>
      <w:proofErr w:type="spellStart"/>
      <w:r>
        <w:t>Známe</w:t>
      </w:r>
      <w:proofErr w:type="spellEnd"/>
      <w:r>
        <w:t xml:space="preserve"> </w:t>
      </w:r>
      <w:proofErr w:type="spellStart"/>
      <w:r>
        <w:t>nejasnosti</w:t>
      </w:r>
      <w:proofErr w:type="spellEnd"/>
      <w:r>
        <w:t xml:space="preserve">, </w:t>
      </w:r>
      <w:proofErr w:type="spellStart"/>
      <w:r>
        <w:t>kompromisy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odchýlky</w:t>
      </w:r>
      <w:proofErr w:type="spellEnd"/>
      <w:r>
        <w:t xml:space="preserve"> od </w:t>
      </w:r>
      <w:proofErr w:type="spellStart"/>
      <w:r>
        <w:t>predlohy</w:t>
      </w:r>
      <w:proofErr w:type="spellEnd"/>
    </w:p>
    <w:p w14:paraId="0F908A6C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371AFAE5" w14:textId="77777777" w:rsidR="002E14E1" w:rsidRDefault="00B5199F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2117FCBC" w14:textId="77777777" w:rsidR="002E14E1" w:rsidRDefault="00B5199F">
      <w:pPr>
        <w:spacing w:after="40"/>
        <w:rPr>
          <w:rFonts w:hint="eastAsia"/>
          <w:color w:val="B8B8B8"/>
          <w:sz w:val="16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0D747CFD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48EBC123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175D43A5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6FF8C1F1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353532D0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54EB1D91" w14:textId="77777777" w:rsidR="00144878" w:rsidRDefault="00144878" w:rsidP="00144878">
      <w:pPr>
        <w:spacing w:after="40"/>
        <w:rPr>
          <w:rFonts w:hint="eastAsia"/>
        </w:rPr>
      </w:pPr>
      <w:r>
        <w:rPr>
          <w:color w:val="B8B8B8"/>
          <w:sz w:val="16"/>
        </w:rPr>
        <w:t>________________________________________________________________________________</w:t>
      </w:r>
    </w:p>
    <w:p w14:paraId="7B4507CE" w14:textId="77777777" w:rsidR="00144878" w:rsidRDefault="00144878">
      <w:pPr>
        <w:spacing w:after="40"/>
        <w:rPr>
          <w:rFonts w:hint="eastAsia"/>
        </w:rPr>
      </w:pPr>
    </w:p>
    <w:p w14:paraId="7FDE5DC3" w14:textId="77777777" w:rsidR="00144878" w:rsidRDefault="00144878">
      <w:pPr>
        <w:spacing w:after="40"/>
        <w:rPr>
          <w:rFonts w:hint="eastAsia"/>
        </w:rPr>
      </w:pPr>
    </w:p>
    <w:p w14:paraId="3340391E" w14:textId="77777777" w:rsidR="00144878" w:rsidRDefault="00144878">
      <w:pPr>
        <w:spacing w:after="40"/>
        <w:rPr>
          <w:rFonts w:hint="eastAsia"/>
        </w:rPr>
      </w:pPr>
    </w:p>
    <w:p w14:paraId="20A5870F" w14:textId="77777777" w:rsidR="00144878" w:rsidRDefault="00144878">
      <w:pPr>
        <w:spacing w:after="40"/>
        <w:rPr>
          <w:rFonts w:hint="eastAsia"/>
        </w:rPr>
      </w:pPr>
    </w:p>
    <w:p w14:paraId="30476E19" w14:textId="77777777" w:rsidR="002E14E1" w:rsidRDefault="00B5199F">
      <w:pPr>
        <w:pStyle w:val="Nadpis2"/>
      </w:pPr>
      <w:proofErr w:type="spellStart"/>
      <w:r>
        <w:t>Vyhlásenie</w:t>
      </w:r>
      <w:proofErr w:type="spellEnd"/>
      <w:r>
        <w:t xml:space="preserve"> </w:t>
      </w:r>
      <w:proofErr w:type="spellStart"/>
      <w:r>
        <w:t>prihlasovateľa</w:t>
      </w:r>
      <w:proofErr w:type="spellEnd"/>
    </w:p>
    <w:p w14:paraId="3F577898" w14:textId="77777777" w:rsidR="002E14E1" w:rsidRDefault="00B5199F">
      <w:pPr>
        <w:rPr>
          <w:rFonts w:hint="eastAsia"/>
        </w:rPr>
      </w:pPr>
      <w:proofErr w:type="spellStart"/>
      <w:r>
        <w:t>Potvrdzujem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uvedené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pravdivé</w:t>
      </w:r>
      <w:proofErr w:type="spellEnd"/>
      <w:r>
        <w:t xml:space="preserve">, </w:t>
      </w:r>
      <w:proofErr w:type="spellStart"/>
      <w:r>
        <w:t>mám</w:t>
      </w:r>
      <w:proofErr w:type="spellEnd"/>
      <w:r>
        <w:t xml:space="preserve"> </w:t>
      </w:r>
      <w:proofErr w:type="spellStart"/>
      <w:r>
        <w:t>oprávnenie</w:t>
      </w:r>
      <w:proofErr w:type="spellEnd"/>
      <w:r>
        <w:t xml:space="preserve"> </w:t>
      </w:r>
      <w:proofErr w:type="spellStart"/>
      <w:r>
        <w:t>súťažný</w:t>
      </w:r>
      <w:proofErr w:type="spellEnd"/>
      <w:r>
        <w:t xml:space="preserve"> </w:t>
      </w:r>
      <w:proofErr w:type="spellStart"/>
      <w:r>
        <w:t>príspevok</w:t>
      </w:r>
      <w:proofErr w:type="spellEnd"/>
      <w:r>
        <w:t xml:space="preserve"> </w:t>
      </w:r>
      <w:proofErr w:type="spellStart"/>
      <w:r>
        <w:t>prihlásiť</w:t>
      </w:r>
      <w:proofErr w:type="spellEnd"/>
      <w:r>
        <w:t xml:space="preserve"> a </w:t>
      </w:r>
      <w:proofErr w:type="spellStart"/>
      <w:r>
        <w:t>disponujem</w:t>
      </w:r>
      <w:proofErr w:type="spellEnd"/>
      <w:r>
        <w:t xml:space="preserve"> </w:t>
      </w:r>
      <w:proofErr w:type="spellStart"/>
      <w:r>
        <w:t>potrebnými</w:t>
      </w:r>
      <w:proofErr w:type="spellEnd"/>
      <w:r>
        <w:t xml:space="preserve"> </w:t>
      </w:r>
      <w:proofErr w:type="spellStart"/>
      <w:r>
        <w:t>súhlasmi</w:t>
      </w:r>
      <w:proofErr w:type="spellEnd"/>
      <w:r>
        <w:t xml:space="preserve"> </w:t>
      </w:r>
      <w:proofErr w:type="spellStart"/>
      <w:r>
        <w:t>vlastníkov</w:t>
      </w:r>
      <w:proofErr w:type="spellEnd"/>
      <w:r>
        <w:t xml:space="preserve">, </w:t>
      </w:r>
      <w:proofErr w:type="spellStart"/>
      <w:r>
        <w:t>autorov</w:t>
      </w:r>
      <w:proofErr w:type="spellEnd"/>
      <w:r>
        <w:t xml:space="preserve">, </w:t>
      </w:r>
      <w:proofErr w:type="spellStart"/>
      <w:r>
        <w:t>výrobcov</w:t>
      </w:r>
      <w:proofErr w:type="spellEnd"/>
      <w:r>
        <w:t xml:space="preserve"> a </w:t>
      </w:r>
      <w:proofErr w:type="spellStart"/>
      <w:r>
        <w:t>prezentujúcich</w:t>
      </w:r>
      <w:proofErr w:type="spellEnd"/>
      <w:r>
        <w:t xml:space="preserve"> </w:t>
      </w:r>
      <w:proofErr w:type="spellStart"/>
      <w:r>
        <w:t>osôb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406"/>
      </w:tblGrid>
      <w:tr w:rsidR="002E14E1" w14:paraId="003A09CA" w14:textId="77777777">
        <w:trPr>
          <w:cantSplit/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19BA2BF3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Miesto</w:t>
            </w:r>
            <w:proofErr w:type="spellEnd"/>
            <w:r>
              <w:t xml:space="preserve"> a </w:t>
            </w:r>
            <w:proofErr w:type="spellStart"/>
            <w:r>
              <w:t>dátum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1634BCC2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09F41DA7" w14:textId="77777777">
        <w:trPr>
          <w:cantSplit/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4D963D69" w14:textId="77777777" w:rsidR="002E14E1" w:rsidRDefault="00B5199F">
            <w:pPr>
              <w:pStyle w:val="Formlabel"/>
              <w:rPr>
                <w:rFonts w:hint="eastAsia"/>
              </w:rPr>
            </w:pPr>
            <w:r>
              <w:t xml:space="preserve">Meno </w:t>
            </w:r>
            <w:proofErr w:type="spellStart"/>
            <w:r>
              <w:t>prihlasovateľa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17BEB360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  <w:tr w:rsidR="002E14E1" w14:paraId="353F5F3F" w14:textId="77777777">
        <w:trPr>
          <w:cantSplit/>
          <w:jc w:val="center"/>
        </w:trPr>
        <w:tc>
          <w:tcPr>
            <w:tcW w:w="2948" w:type="dxa"/>
            <w:shd w:val="clear" w:color="auto" w:fill="F4F1E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752256D9" w14:textId="77777777" w:rsidR="002E14E1" w:rsidRDefault="00B5199F">
            <w:pPr>
              <w:pStyle w:val="Formlabel"/>
              <w:rPr>
                <w:rFonts w:hint="eastAsia"/>
              </w:rPr>
            </w:pPr>
            <w:proofErr w:type="spellStart"/>
            <w:r>
              <w:t>Podpis</w:t>
            </w:r>
            <w:proofErr w:type="spellEnd"/>
          </w:p>
        </w:tc>
        <w:tc>
          <w:tcPr>
            <w:tcW w:w="6406" w:type="dx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416AB21A" w14:textId="77777777" w:rsidR="002E14E1" w:rsidRDefault="002E14E1">
            <w:pPr>
              <w:spacing w:after="0"/>
              <w:rPr>
                <w:rFonts w:hint="eastAsia"/>
              </w:rPr>
            </w:pPr>
          </w:p>
        </w:tc>
      </w:tr>
    </w:tbl>
    <w:p w14:paraId="5B35B885" w14:textId="77777777" w:rsidR="002E14E1" w:rsidRDefault="002E14E1">
      <w:pPr>
        <w:spacing w:after="20"/>
        <w:rPr>
          <w:rFonts w:hint="eastAsia"/>
        </w:rPr>
      </w:pPr>
    </w:p>
    <w:sectPr w:rsidR="002E14E1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247" w:bottom="96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88F3D" w14:textId="77777777" w:rsidR="006A7C91" w:rsidRDefault="006A7C9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30AD3CE" w14:textId="77777777" w:rsidR="006A7C91" w:rsidRDefault="006A7C9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jaVu Seri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6DCA3" w14:textId="77777777" w:rsidR="009D5835" w:rsidRDefault="009D5835">
    <w:pPr>
      <w:pStyle w:val="Pt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7379" w14:textId="18B8FDED" w:rsidR="002E14E1" w:rsidRDefault="00B5199F">
    <w:pPr>
      <w:pStyle w:val="Pta"/>
      <w:jc w:val="right"/>
      <w:rPr>
        <w:rFonts w:hint="eastAsia"/>
      </w:rPr>
    </w:pPr>
    <w:r>
      <w:rPr>
        <w:color w:val="666666"/>
        <w:sz w:val="16"/>
      </w:rPr>
      <w:t xml:space="preserve">ODEV NÁŠ  |  </w:t>
    </w:r>
    <w:proofErr w:type="spellStart"/>
    <w:r>
      <w:rPr>
        <w:color w:val="666666"/>
        <w:sz w:val="16"/>
      </w:rPr>
      <w:t>P</w:t>
    </w:r>
    <w:r w:rsidR="009D5835">
      <w:rPr>
        <w:color w:val="666666"/>
        <w:sz w:val="16"/>
      </w:rPr>
      <w:t>rihláška</w:t>
    </w:r>
    <w:proofErr w:type="spellEnd"/>
    <w:r>
      <w:rPr>
        <w:color w:val="666666"/>
        <w:sz w:val="16"/>
      </w:rPr>
      <w:t xml:space="preserve">  |  </w:t>
    </w:r>
    <w:r>
      <w:fldChar w:fldCharType="begin"/>
    </w:r>
    <w:r>
      <w:instrText xml:space="preserve"> PAGE </w:instrText>
    </w:r>
    <w:r>
      <w:fldChar w:fldCharType="separate"/>
    </w:r>
    <w:r w:rsidR="00302D24">
      <w:rPr>
        <w:rFonts w:hint="eastAsia"/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7AC92" w14:textId="77777777" w:rsidR="009D5835" w:rsidRDefault="009D5835">
    <w:pPr>
      <w:pStyle w:val="Pt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24293" w14:textId="77777777" w:rsidR="006A7C91" w:rsidRDefault="006A7C9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35EB58" w14:textId="77777777" w:rsidR="006A7C91" w:rsidRDefault="006A7C9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32766" w14:textId="77777777" w:rsidR="009D5835" w:rsidRDefault="009D5835">
    <w:pPr>
      <w:pStyle w:val="Hlavika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9ACC2" w14:textId="77777777" w:rsidR="002E14E1" w:rsidRDefault="00B5199F">
    <w:pPr>
      <w:pStyle w:val="Hlavika"/>
      <w:jc w:val="right"/>
      <w:rPr>
        <w:rFonts w:hint="eastAsia"/>
      </w:rPr>
    </w:pPr>
    <w:r>
      <w:rPr>
        <w:b/>
        <w:color w:val="28474B"/>
        <w:sz w:val="15"/>
      </w:rPr>
      <w:t>MALOKARPATSKÉ OSVETOVÉ STREDISKO V MODRE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C7DB" w14:textId="77777777" w:rsidR="009D5835" w:rsidRDefault="009D5835">
    <w:pPr>
      <w:pStyle w:val="Hlavi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A3A44E6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4313AF"/>
    <w:multiLevelType w:val="hybridMultilevel"/>
    <w:tmpl w:val="92C4F202"/>
    <w:lvl w:ilvl="0" w:tplc="041B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606622247">
    <w:abstractNumId w:val="8"/>
  </w:num>
  <w:num w:numId="2" w16cid:durableId="1459571029">
    <w:abstractNumId w:val="6"/>
  </w:num>
  <w:num w:numId="3" w16cid:durableId="1415856598">
    <w:abstractNumId w:val="5"/>
  </w:num>
  <w:num w:numId="4" w16cid:durableId="784694433">
    <w:abstractNumId w:val="4"/>
  </w:num>
  <w:num w:numId="5" w16cid:durableId="427652025">
    <w:abstractNumId w:val="7"/>
  </w:num>
  <w:num w:numId="6" w16cid:durableId="43527790">
    <w:abstractNumId w:val="3"/>
  </w:num>
  <w:num w:numId="7" w16cid:durableId="723066472">
    <w:abstractNumId w:val="2"/>
  </w:num>
  <w:num w:numId="8" w16cid:durableId="432669883">
    <w:abstractNumId w:val="1"/>
  </w:num>
  <w:num w:numId="9" w16cid:durableId="684327452">
    <w:abstractNumId w:val="0"/>
  </w:num>
  <w:num w:numId="10" w16cid:durableId="7641159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175"/>
    <w:rsid w:val="001120BE"/>
    <w:rsid w:val="00144878"/>
    <w:rsid w:val="001458B5"/>
    <w:rsid w:val="0015074B"/>
    <w:rsid w:val="00162A8A"/>
    <w:rsid w:val="0019254E"/>
    <w:rsid w:val="0029639D"/>
    <w:rsid w:val="002E14E1"/>
    <w:rsid w:val="00302D24"/>
    <w:rsid w:val="00326F90"/>
    <w:rsid w:val="00392BB9"/>
    <w:rsid w:val="003D1CA3"/>
    <w:rsid w:val="00573575"/>
    <w:rsid w:val="00591264"/>
    <w:rsid w:val="006A7C91"/>
    <w:rsid w:val="006C37DE"/>
    <w:rsid w:val="008F7B24"/>
    <w:rsid w:val="00986A4D"/>
    <w:rsid w:val="009D5835"/>
    <w:rsid w:val="00AA1D8D"/>
    <w:rsid w:val="00B01424"/>
    <w:rsid w:val="00B1170A"/>
    <w:rsid w:val="00B47730"/>
    <w:rsid w:val="00B5199F"/>
    <w:rsid w:val="00C36BCC"/>
    <w:rsid w:val="00CB0664"/>
    <w:rsid w:val="00D26247"/>
    <w:rsid w:val="00E612CB"/>
    <w:rsid w:val="00E749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BCD2D"/>
  <w14:defaultImageDpi w14:val="300"/>
  <w15:docId w15:val="{95B991A2-32A8-4851-8F3D-58F07257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20" w:line="278" w:lineRule="auto"/>
    </w:pPr>
    <w:rPr>
      <w:rFonts w:ascii="DejaVu Sans" w:hAnsi="DejaVu Sans"/>
      <w:color w:val="1D2527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34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4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spacing w:after="60"/>
      <w:ind w:left="397" w:hanging="198"/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spacing w:after="60"/>
      <w:ind w:left="397" w:hanging="198"/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220" w:line="300" w:lineRule="auto"/>
    </w:pPr>
    <w:rPr>
      <w:rFonts w:ascii="DejaVu Serif" w:hAnsi="DejaVu Serif"/>
      <w:color w:val="1D2527"/>
      <w:sz w:val="24"/>
    </w:rPr>
  </w:style>
  <w:style w:type="paragraph" w:customStyle="1" w:styleId="Clause">
    <w:name w:val="Clause"/>
    <w:pPr>
      <w:spacing w:after="100" w:line="271" w:lineRule="auto"/>
      <w:ind w:left="312" w:hanging="312"/>
    </w:pPr>
    <w:rPr>
      <w:rFonts w:ascii="DejaVu Sans" w:hAnsi="DejaVu Sans"/>
      <w:sz w:val="21"/>
    </w:rPr>
  </w:style>
  <w:style w:type="paragraph" w:customStyle="1" w:styleId="Formlabel">
    <w:name w:val="Form label"/>
    <w:pPr>
      <w:spacing w:after="40"/>
    </w:pPr>
    <w:rPr>
      <w:rFonts w:ascii="DejaVu Sans" w:hAnsi="DejaVu Sans"/>
      <w:b/>
      <w:color w:val="1D2527"/>
      <w:sz w:val="19"/>
    </w:rPr>
  </w:style>
  <w:style w:type="paragraph" w:styleId="Normlnywebov">
    <w:name w:val="Normal (Web)"/>
    <w:basedOn w:val="Normlny"/>
    <w:uiPriority w:val="99"/>
    <w:semiHidden/>
    <w:unhideWhenUsed/>
    <w:rsid w:val="000A61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5FE029-3F6C-48A6-8ABB-C5941515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Propozície súťaže ODEV NÁŠ 2026</vt:lpstr>
      <vt:lpstr/>
    </vt:vector>
  </TitlesOfParts>
  <Company/>
  <LinksUpToDate>false</LinksUpToDate>
  <CharactersWithSpaces>5305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Propozície súťaže ODEV NÁŠ 2026</dc:title>
  <dc:subject>Celoštátna súťažná prehliadka tradičného odevu</dc:subject>
  <dc:creator>Malokarpatské osvetové stredisko v Modre</dc:creator>
  <cp:keywords>ODEV NÁŠ, tradičný odev, súťaž, propozície</cp:keywords>
  <dc:description>generated by python-docx</dc:description>
  <cp:lastModifiedBy>Rago</cp:lastModifiedBy>
  <cp:revision>3</cp:revision>
  <cp:lastPrinted>2026-10-02T07:49:00Z</cp:lastPrinted>
  <dcterms:created xsi:type="dcterms:W3CDTF">2026-10-05T11:27:00Z</dcterms:created>
  <dcterms:modified xsi:type="dcterms:W3CDTF">2026-10-05T11:29:00Z</dcterms:modified>
</cp:coreProperties>
</file>